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בתהליך הצבעה: קלפי, פתק, מפלגה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טקסט הומוריסטי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מיון וסיווג מידע לקטגוריות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כתיבה יצירתית בהשראת דוגמאות אמיתיות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קלפי? מושגי יסוד בהצבעה – מושגים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שמשלשלים לתוכה 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שלבים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קלפי? מושגי יסוד בהצבעה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בשלב הראשון בוחרים פתק, ורק אחר כך משלשלים אותו לקלפי.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דוגמאות אמיתיות לשמות הפתקים שמופיעים בדף.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קלפי? מושגי יסוד בהצבעה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קלפי? מושגי יסוד בהצבעה – סדר הפעולות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ניגשים אל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שמות הפתקים השונים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פתק אחד שהכי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משלשלים את הפתק לתוך הקלפי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היכרות עם המפלגות ההומוריסטיות – התאמת סמלים לשמות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(מפלגת "איפה הכוס החד פעמית שלי")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(מפלגת "יש למישהו כפית")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(מפלגת "איך מוצאים חלב עכשיו")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(מפלגת "איפה יש קרח לתלמיד")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(מפלגת "איפה יש פלסטר בבית הספר הזה")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(מפלגת הקפה השלישי)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היכרות עם המפלגות ההומוריסטיות – מה באמת מצחיק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ההומור הוא על הצורך בכוס קפה נוספת כדי להתמודד עם יום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בדיחה על החיכוי שמישהו יביא דבר מתוק לחדר המורים, לא נושא רציני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ההומור בנוי על בעיות קטנות ושגרתיות שהופכות ל'מפלגה'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השם הומוריסטי ועוסק בחיפוש פלסטר רגיל כשנפצעים קצת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היכרות עם המפלגות ההומוריסטיות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המפלגות מצחיקות כי הן הופכות דברים קטנים ויומיומיים בחדר המורים, כמו כוס או עוגיות, למשהו חשוב וגדול כמו מפלגה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הומוריסטית וקשורה לחדר מורים תתקבל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לדוגמה: המילה מפלגה יוצרת דמיון מצחיק לבחירות אמיתיות, למרות שמדובר בדברים קטנים וביתיים כמו כוס או כפית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מיון וסיווג לפי נושאים – התאמת מפלגות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(אוכל ושתייה)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(טכנולוגיה)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(זמן והפסקות)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(טכנולוגיה)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(חפצים חסרים)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(אוכל ושתייה)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מיון וסיווג לפי נושאים – לאיזו קבוצה שייכת המפלגה?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טכנולוגיה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זמן והפסקות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חפצים חסרים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אוכל ושתייה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טכנולוגיה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מיון וסיווג לפי נושאים – חושבים על הקבוצות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זמן והפסקות - כי שתיהן קשורות למנוחה של המורים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הגיונית הקשורה לאוכל ושתייה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חפצים חסרים (אין קרח) ואוכל ושתייה (קרח קשור לשתייה)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כתיבה יצירתית: הקמת מפלגה משלנו – היכרות עם המפלגות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השם של המפלגה מראה בדיוק מה הבעיה שהיא מייצגת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הסיעה עוסקת בספה הנוחה שבחדר המורים, לא במחשבים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השם של התנועה מרמז על הבעיה של צלצול מוקדם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כתיבה יצירתית: הקמת מפלגה משלנו – מכירים את הסמלים והנושאים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ברית אין לי קליטה בטיול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סיעת מכונת הצילום התקועה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כתיבה יצירתית: הקמת מפלגה משלנו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מבחנים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כתיבה יצירתית: הקמת מפלגה משלנו – התאמת 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(🖨️)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(📵)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השאלון 'איזו מפלגה אני?' – הבנה והתאמה – היכרות עם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בעמוד, ליד הכותרת של השאלון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בקלפי מופיעות 16 מפלגות שונות, כל אחת עם סמל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בעמוד הראשי של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המפלגות עוסקות בנושאים שונים כמו כוסות, מטענים, מבחנים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השאלון 'איזו מפלגה אני?' – הבנה והתאמה – התאמת מצבים למפלגות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(מפלגת "איפה הכוס החד-פעמית שלי?")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(מפלגת "יש למישהו כפית?")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(רשימת "שכחתי את המטען")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(ברית "אין לי קליטה בטיול")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(מפלגת "עוד לא בדקתי מבחנים")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(סיעת הספה בחדר המורים)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השאלון 'איזו מפלגה אני?' – הבנה והתאמה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תנועת "נשימה עמוקה, זה רק יום שלישי"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קופסה שמכניסים אליה פתקי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מפלגת הקפה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הגוש השקט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לעזור לבחור מפלגה מתאימה לפי אופי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ברית אין לי קליטה בטיול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נושאי כלים ומטבח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התלמיד מתאר שתי מפלגות ואת הנושא ההומוריסטי שלהן, למשל חוסר כוסות או הפסקה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לבחור פתק של מפלגה ואז לשלשל אותו לקלפי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יצירתית - שם מפלגה הומוריסטי הקשור לחיי חדר המורים, אמוג'י מתאים והסבר קצר על הנושא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פשוט: קלפי היא קופסה שמכניסים לתוכה פתק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מיון נכון: למשל כוס, כפית וחלב שייכים ל'חפצים חסרים'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יצירה מקורית: שם מצחיק הקשור לחיי בית הספר, עם סמל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שיעורים: הכרות עם מושגים, מיון, וכתיבה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לגילאים צעירים כדאי להתמקד בפרקים 1-3 עם דגש על ציור הסמלים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לגילאים בוגרים יותר אפשר להרחיב בפרק 5 ולדון למה כל תשובה מתאימה למפלגה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בפרק המיון כדי לעודד שיח ושיתוף פעולה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מה זו קלפי ואיך מצביעים. נקרא על מפלגות מצחיקות מחדר המורים. גם נכתוב מפלגה משלנו.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קופסה שמצביעים לתוכה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משהו ולשים פתק בקלפי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 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קטן שכתוב עליו מה בוחרים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מפלגה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אנשים עם רעיון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קטנה שחושבת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שרוצה לשנות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הסכמה בין כמה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קבוצה שמצביעים 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שלשלו לקלפי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את הפתק בתוך הקלפי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קלפי? מושגי יסוד בהצבעה – מושגים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תיבה שמשלשלים לתוכה 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 ישיבות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ארון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מחשב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שלבים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קלפי? מושגי יסוד בהצבעה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משלשלים את הפתק לקלפי.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יש פתקים כמו מפלגת הקפה השלישי ותנועת הצלצול המוקדם.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קלפי? מושגי יסוד בהצבעה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השני __________ את הפתק לתוך הקלפי.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מהי קלפי? מושגי יסוד בהצבעה – סדר הפעולות בהצבעה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שמות הפתקים השונים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ניגשים אל הקלפי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משלשלים את הפתק לתוך הקלפי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פתק אחד שהכי מתאים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היכרות עם המפלגות ההומוריסטיות – התאמת סמלים לשמות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מפלגת "יש למישהו כפית"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🥄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מפלגת "איך מוצאים חלב עכשיו"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מפלגת "איפה יש קרח לתלמיד"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מפלגת הקפה השלישי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🩹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מפלגת "איפה הכוס החד פעמית שלי"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מפלגת "איפה יש פלסטר בבית הספר הזה"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היכרות עם המפלגות ההומוריסטיות – מה באמת מצחיק כאן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מפלגת הקפה השלישי מתלוצצת על כך שמורים צריכים כמה כוסות קפה ביום כדי לשרוד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"מי הביא עוגיות" עוסקת בבעיה רצינית של תזונה בבתי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"איפה הכוס החד פעמית שלי" מתייחס לדבר קטן ויומיומי שחוזר על עצמו בחדר המורים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מפלגת הפלסטר עוסקת בוויכוחים פוליטיים בין המורים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היכרות עם המפלגות ההומוריסטיות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 מפלגות מהרשימה ונסו להסביר במילים שלכם למה הן מצחיקות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שם מצחיק למפלגה חדשה שיכולה להתאים לחדר המורים בבית הספר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למה דווקא המילה "מפלגה" מתאימה למשחק הזה, ולא למשל המילה "קבוצה"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מיון וסיווג לפי נושאים – התאמת מפלגות לקבוצות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מפלגת "איך מוצאים חלב עכשיו?" 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טכנולוגיה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סיעת מכונת הצילום התקועה 🖨️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חפצים חסרים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תנועת הצלצול המוקדם 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אוכל ושתייה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רשימת "שכחתי את המטען" 🔌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זמן והפסקות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מפלגת "איפה הכוס החד-פעמית שלי?" 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אוכל ושתייה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תנועת "מי הביא עוגיות?" 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טכנולוגיה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מיון וסיווג לפי נושאים – לאיזו קבוצה שייכת המפלגה?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קבוצה שייכת מפלגת הקליטה?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ושתייה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חפצים חסרים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והפסקות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קבוצה שייכת מפלגת המבחנים?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והפסקות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ושתייה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חפצים חסרים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קבוצה שייכת מפלגת הפלסטר?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חפצים חסרים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והפסקות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 ושתייה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קבוצה שייכת מפלגת הקפה?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חפצים חסרים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 ושתייה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והפסקות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קבוצה שייכת מפלגת ההודעות?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ושתייה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והפסקות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חפצים חסרים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טכנולוגיה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מיון וסיווג לפי נושאים – חושבים על הקבוצות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סיעת הספה בחדר המורים 🛋️ ותנועת "נשימה עמוקה, זה רק יום שלישי" 🧘 - לאיזו קבוצה הן הכי מתאימות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שם לקבוצה רביעית חדשה (לא מהדף) שיכולה לכלול מפלגה כמו "מי מזמין פיצה?" 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מפלגת "איפה יש קרח לתלמיד?" 🧊 יכולה להשתייך לשתי קבוצות. כתבו אילו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כתיבה יצירתית: הקמת מפלגה משלנו – היכרות עם המפלגות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מפלגת 'איפה הכוס החד-פעמית שלי?' עוסקת בחיפוש אחרי כוסות בחדר המורים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סיעת הספה בחדר המורים עוסקת בבעיות מחשוב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הצלצול המוקדם קשורה לפעמון שמצלצל מוקדם מדי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כתיבה יצירתית: הקמת מפלגה משלנו – מכירים את הסמלים והנושאים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שם קשור לטלפון שלא עובד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ברית אין לי קליטה בטיול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שכחתי את המטען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אימוג'י שייך למפלגת הפיצה?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שם קשור למכונת הצילום התקועה?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סיעת מכונת הצילום התקועה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נשימה עמוקה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הגוש השקט בהפסקה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כתיבה יצירתית: הקמת מפלגה משלנו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מפלגת 'עוד לא בדקתי __________' עוסקת במורים שעדיין לא סיימו לבדוק מבחנים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כתיבה יצירתית: הקמת מפלגה משלנו – התאמת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מפלגת הקפה השלישי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תנועת הצלצול המוקדם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סיעת מכונת הצילום התקועה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ברית אין לי קליטה בטיול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🖨️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תנועת נשימה עמוקה, זה רק יום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📵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השאלון 'איזו מפלגה אני?' – הבנה והתאמה – היכרות עם הקלפי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בשאלון 'איזו מפלגה אני' יש 11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בקלפי של חדר המורים יש רק שלוש מפלגות לבחירה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1 בהצבעה הוא לבחור פתק, ושלב 2 הוא לשלשל אותו לקלפי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המפלגות בקלפי עוסקות בנושא אחד בלבד - הפסקות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השאלון 'איזו מפלגה אני?' – הבנה והתאמה – התאמת מצבים למפלגות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מורה מחפש כוס לשתות ממנה קפה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ברית "אין לי קליטה בטיול"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מורה רוצה לאכול יוגורט אבל אין לו כפית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רשימת "שכחתי את המטען"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מורה שכח להביא מטען לטלפון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סיעת הספה בחדר המורים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מורה בטיול שנתי ואין לו קליטה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מפלגת "עוד לא בדקתי מבחנים"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מורה עדיין לא בדק את המבחנים מהשבוע שעבר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מפלגת "איפה הכוס החד-פעמית שלי?"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מורה רוצה לשבת ולנוח רגע בחדר המורים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מפלגת "יש למישהו כפית?"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השאלון 'איזו מפלגה אני?' – הבנה והתאמה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תנועה הכי מתאימה למורה עייף שרוצה לנשום רגע?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תנועת "נשימה עמוקה, זה רק יום שלישי"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סיעת הספה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מפלגת הקפה השלישי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קלפי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קופסה שמכניסים אליה פתקי 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מכונת 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ספה לישיבה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מפלגה קשורה לכוסות?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מפלגת איפה הכוס החד-פעמית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אין לי קליטה בטיול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אוהבים שקט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הגוש השקט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סיעת מכונת הצילום התקועה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מי הביא עוגיות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שכחתי את המטען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מיועד השאלון?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לבחור מפלגה מתאימה לפי אופי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לתקן מכונת 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לספור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שאלות יש בשאלון?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מפלגה קשורה לטלפון?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ברית אין לי קליטה בטיול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נשימה עמוקה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מפלגת מי מזמין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סיעת הספה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לאיזה נושא שייכות שתי המפלגות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נושאי כלים ומטבח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נושאי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נושאי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נושאי מבחנים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מהמפלגות באתר והסבירו במילים שלכם במה כל אחת עוסקת.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שלבים צריך לעבור כדי להצביע בקלפי של חדר המורים? כתבו לפי הסדר.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המציאו מפלגה הומוריסטית חדשה לחדר המורים, כתבו שם ואמוג'י שמתאים לה, והסבירו באיזה נושא היא עוסקת.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מה זו קלפי ומה עושים איתה?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למיין שלוש מפלגות מהדף לפי נושא משותף?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להמציא מפלגה משלי עם שם וסמל מצחיק?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הקלפי של חדר המורים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