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בתהליך הצבעה: קלפי, פתק, 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הומוריסטי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מיון וסיווג מידע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יצירתית בהשראת דוגמאות אמיתיות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קלפי? מושגי יסוד בהצבעה –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שמשלשלים לתוכה 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קלפי? מושגי יסוד בהצבעה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בוחרים פתק, ורק אחר כך משלשלים אותו לקלפי.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אמיתיות לשמות הפתקים שמופיעים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קלפי? מושגי יסוד בהצבעה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קלפי? מושגי יסוד בהצבעה – סדר הפעולות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ניגשים אל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שמות הפתקים השונים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היכרות עם המפלגות ההומוריסטיות – התאמת סמלים לשמות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(מפלגת "איפה הכוס החד פעמית שלי")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(מפלגת "יש למישהו כפית")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(מפלגת "איך מוצאים חלב עכשיו")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(מפלגת "איפה יש קרח לתלמיד")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היכרות עם המפלגות ההומוריסטיות – מה באמת מצחיק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ההומור הוא על הצורך בכוס קפה נוספת כדי להתמודד עם יום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בדיחה על החיכוי שמישהו יביא דבר מתוק לחדר המורים, לא נושא רציני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היכרות עם המפלגות ההומוריסטיות – חושבים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מיון וסיווג לפי נושאים – התאמת מפלגות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(טכנולוגיה)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והפסקות)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(טכנולוגיה)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מיון וסיווג לפי נושאים – לאיזו קבוצה שייכת המפלגה?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 והפסקות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חפצים חסרים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מיון וסיווג לפי נושאים – חושבים על הקבוצות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כתיבה יצירתית: הקמת מפלגה משלנו – היכרות עם המפלגות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של המפלגה מראה בדיוק מה הבעיה שהיא מייצגת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הסיעה עוסקת בספה הנוחה שבחדר המורים, לא במחשבים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כתיבה יצירתית: הקמת מפלגה משלנו – מכירים את הסמלים והנושאים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ברית אין לי קליטה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כתיבה יצירתית: הקמת מפלגה משלנו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מבחנים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כתיבה יצירתית: הקמת מפלגה משלנו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(🖨️)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(📵)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השאלון 'איזו מפלגה אני?' – הבנה והתאמה – היכרות עם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בעמוד, ליד הכותרת של השאלון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בקלפי מופיעות 16 מפלגות שונות, כל אחת עם סמל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בעמוד הראשי של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השאלון 'איזו מפלגה אני?' – הבנה והתאמה – התאמת מצבים למפלגות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(מפלגת "איפה הכוס החד-פעמית שלי?")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(מפלגת "יש למישהו כפית?")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(רשימת "שכחתי את המטען")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(ברית "אין לי קליטה בטיול")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השאלון 'איזו מפלגה אני?' – הבנה והתאמה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תנועת "נשימה עמוקה, זה רק יום שלישי"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קופסה שמכניסים אליה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מפלגת הקפה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הגוש השקט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מתאר שתי מפלגות ואת הנושא ההומוריסטי שלהן, למשל חוסר כוסות או הפסקה שקטה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קלפי היא קופסה שמכניסים לתוכה פתק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מיון נכון: למשל כוס, כפית וחלב שייכים ל'חפצים חסרים'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יצירה מקורית: שם מצחיק הקשור לחיי בית הספר, עם סמל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הכרות עם מושגים, מיון, וכתיבה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צעירים כדאי להתמקד בפרקים 1-3 עם דגש על ציור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לגילאים בוגרים יותר אפשר להרחיב בפרק 5 ולדון למה כל תשובה מתאימה למפלגה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בפרק המיון כדי לעודד שיח ושיתוף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הקלפי של חדר המורים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נכיר את הקלפי המיוחדת של חדר המורים ואת כל המפלגות המצחיקות שבה. בכל פרק נתרגל קריאה, מיון וכתיבה - ובסוף נמציא מפלגה משלנו!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מבחנים  ·  משלשלים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קלפי? מושגי יסוד בהצבעה –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קלפי,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 שמשלשלים לתוכה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 ישיבות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יש בהצבעה בדף הקלפי של חדר המורים?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שלבים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קלפי? מושגי יסוד בהצבעה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משלשלים את הפתק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יש פתקים כמו מפלגת הקפה השלישי ותנועת הצלצול המוקדם.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קלפי? מושגי יסוד בהצבעה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השני __________ את הפתק לתוך הקלפי.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מהי קלפי? מושגי יסוד בהצבעה – סדר הפעולות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שמות הפתקים השונים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ניגשים אל הקלפי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היכרות עם המפלגות ההומוריסטיות – התאמת סמלים לשמות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מפלגת "איפה יש קרח לתלמיד"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🥄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מפלגת "איפה הכוס החד פעמית שלי"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מפלגת "יש למישהו כפית"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מפלגת "איך מוצאים חלב עכשיו"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היכרות עם המפלגות ההומוריסטיות – מה באמת מצחיק כאן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מפלגת הקפה השלישי מתלוצצת על כך שמורים צריכים כמה כוסות קפה ביום כדי לשרוד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תנועת "מי הביא עוגיות" עוסקת בבעיה רצינית של תזונה בבתי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היכרות עם המפלגות ההומוריסטיות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מיון וסיווג לפי נושאים – התאמת מפלגות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מפלגת "איך מוצאים חלב עכשיו?"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והפסקות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סיעת מכונת הצילום התקועה 🖨️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תנועת הצלצול המוקדם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רשימת "שכחתי את המטען" 🔌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טכנולוגיה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מיון וסיווג לפי נושאים – לאיזו קבוצה שייכת המפלגה?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ברית "אין לי קליטה בטיול" 📵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מפלגת "עוד לא בדקתי מבחנים" 🧾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 ושתייה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מפלגת "איפה יש פלסטר בביה"ס הזה?" 🩹 שייכת לקבוצה: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חפצים חסרים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והפסקות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מיון וסיווג לפי נושאים – חושבים על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כתיבה יצירתית: הקמת מפלגה משלנו – היכרות עם המפלגות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מפלגת 'איפה הכוס החד-פעמית שלי?' עוסקת בחיפוש אחרי כוסות בחדר המורים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סיעת הספה בחדר המורים עוסקת בבעיות מחשוב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כתיבה יצירתית: הקמת מפלגה משלנו – מכירים את הסמלים והנושאים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מפלגה עוסקת בבעיית הקליטה בטלפון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ברית אין לי קליטה בטיול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הסמל של מפלגת 'מי מזמין פיצה?'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כתיבה יצירתית: הקמת מפלגה משלנו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מפלגת 'עוד לא בדקתי __________' עוסקת במורים שעדיין לא סיימו לבדוק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כתיבה יצירתית: הקמת מפלגה משלנו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מפלגת הקפה השלישי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תנועת הצלצול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🖨️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סיעת מכונת הצילום התקועה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ברית אין לי קליטה בטיול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השאלון 'איזו מפלגה אני?' – הבנה והתאמה – היכרות עם הקלפי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בשאלון 'איזו מפלגה אני' יש 11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בקלפי של חדר המורים יש רק שלוש מפלגות לבחירה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1 בהצבעה הוא לבחור פתק, ושלב 2 הוא לשלשל אותו לקלפי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השאלון 'איזו מפלגה אני?' – הבנה והתאמה – התאמת מצבים למפלגות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מורה מחפש כוס לשתות ממנה קפה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ברית "אין לי קליטה בטיול"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מורה רוצה לאכול יוגורט אבל אין לו כפית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רשימת "שכחתי את המטען"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מורה שכח להביא מטען לטלפון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מפלגת "איפה הכוס החד-פעמית שלי?"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מורה בטיול שנתי ואין לו קליטה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מפלגת "יש למישהו כפית?"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השאלון 'איזו מפלגה אני?' – הבנה והתאמה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מורה מרגיש עייף ורוצה רגע של שקט ונשימה. לאיזו תנועה הכי מתאים לו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תנועת "נשימה עמוקה, זה רק יום שלישי"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תנועת הצלצול המוקדם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קופסה שמכניסים אליה פתקי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מכונת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יש בהצבעה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מפלגה עוסקת בחוסר כלים חד-פעמיים?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תנועת הצלצול המוקדם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איזו מפלגה הכי קשורה לנושא של הפסקה שקטה?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הגוש השקט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סיעת מכונת הצילום התקועה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תנועת מי הביא עוגיות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שתיים מהמפלגות באתר והסבירו במילים שלכם במה כל אחת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מה זו קלפי ומה עושים איתה?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למיין שלוש מפלגות מהדף לפי נושא משותף?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הקלפי של חדר המורים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